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C1B" w:rsidRDefault="008243A8">
      <w:pPr>
        <w:jc w:val="center"/>
      </w:pPr>
      <w:r>
        <w:rPr>
          <w:i/>
        </w:rPr>
        <w:t xml:space="preserve"> </w:t>
      </w:r>
      <w:r w:rsidR="000C4CD4">
        <w:rPr>
          <w:i/>
        </w:rPr>
        <w:t xml:space="preserve">IC GUIDO ROSSI SANTI COSMA E DAMIANO </w:t>
      </w:r>
    </w:p>
    <w:p w:rsidR="009E2C1B" w:rsidRDefault="00246B1B">
      <w:pPr>
        <w:jc w:val="center"/>
      </w:pPr>
      <w:r>
        <w:rPr>
          <w:b/>
        </w:rPr>
        <w:br/>
        <w:t>ALLEGATO A - MODULO DI RICHIESTA E PROGETTAZIONE</w:t>
      </w:r>
      <w:r>
        <w:rPr>
          <w:b/>
        </w:rPr>
        <w:br/>
        <w:t>USCITE DIDATTICHE E VISITE GUIDATE</w:t>
      </w:r>
      <w:r>
        <w:rPr>
          <w:b/>
        </w:rPr>
        <w:br/>
      </w:r>
    </w:p>
    <w:p w:rsidR="000C4CD4" w:rsidRDefault="00246B1B"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Docente</w:t>
      </w:r>
      <w:proofErr w:type="spellEnd"/>
      <w:r>
        <w:t xml:space="preserve"> </w:t>
      </w:r>
      <w:r w:rsidR="000C4CD4">
        <w:t>__________________________________</w:t>
      </w:r>
    </w:p>
    <w:p w:rsidR="000C4CD4" w:rsidRDefault="00246B1B">
      <w:r>
        <w:t xml:space="preserve">In </w:t>
      </w:r>
      <w:proofErr w:type="spellStart"/>
      <w:r>
        <w:t>servizio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l'ordine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scuola</w:t>
      </w:r>
      <w:proofErr w:type="spellEnd"/>
      <w:r w:rsidR="000C4CD4">
        <w:t xml:space="preserve"> </w:t>
      </w:r>
      <w:r>
        <w:t xml:space="preserve">[  ] </w:t>
      </w:r>
      <w:proofErr w:type="spellStart"/>
      <w:r>
        <w:t>Infanzia</w:t>
      </w:r>
      <w:proofErr w:type="spellEnd"/>
      <w:r>
        <w:t xml:space="preserve">     [  ] </w:t>
      </w:r>
      <w:proofErr w:type="spellStart"/>
      <w:r>
        <w:t>Primaria</w:t>
      </w:r>
      <w:proofErr w:type="spellEnd"/>
      <w:r>
        <w:t xml:space="preserve">     [  ] </w:t>
      </w:r>
      <w:proofErr w:type="spellStart"/>
      <w:r>
        <w:t>Secondaria</w:t>
      </w:r>
      <w:proofErr w:type="spellEnd"/>
      <w:r>
        <w:t xml:space="preserve"> I </w:t>
      </w:r>
      <w:proofErr w:type="spellStart"/>
      <w:r>
        <w:t>Grado</w:t>
      </w:r>
      <w:proofErr w:type="spellEnd"/>
      <w:r w:rsidR="000C4CD4">
        <w:t xml:space="preserve"> </w:t>
      </w:r>
    </w:p>
    <w:p w:rsidR="009E2C1B" w:rsidRDefault="00246B1B">
      <w:proofErr w:type="spellStart"/>
      <w:r>
        <w:t>Plesso</w:t>
      </w:r>
      <w:proofErr w:type="spellEnd"/>
      <w:r w:rsidR="000C4CD4">
        <w:t xml:space="preserve"> </w:t>
      </w:r>
      <w:proofErr w:type="spellStart"/>
      <w:r w:rsidR="000C4CD4">
        <w:t>di</w:t>
      </w:r>
      <w:r>
        <w:t>__________________________________Classe</w:t>
      </w:r>
      <w:proofErr w:type="spellEnd"/>
      <w:r>
        <w:t>/</w:t>
      </w:r>
      <w:proofErr w:type="spellStart"/>
      <w:r>
        <w:t>Sezione</w:t>
      </w:r>
      <w:proofErr w:type="spellEnd"/>
      <w:r>
        <w:t>:_____________</w:t>
      </w:r>
    </w:p>
    <w:p w:rsidR="009E2C1B" w:rsidRDefault="00246B1B">
      <w:r>
        <w:rPr>
          <w:b/>
        </w:rPr>
        <w:br/>
        <w:t>1. DATI DELL'USCITA / VISITA GUIDATA</w:t>
      </w:r>
    </w:p>
    <w:p w:rsidR="009E2C1B" w:rsidRDefault="00246B1B">
      <w:r>
        <w:t xml:space="preserve">Meta / </w:t>
      </w:r>
      <w:proofErr w:type="spellStart"/>
      <w:r>
        <w:t>Itinerar</w:t>
      </w:r>
      <w:r w:rsidR="000C4CD4">
        <w:t>io</w:t>
      </w:r>
      <w:proofErr w:type="spellEnd"/>
      <w:r w:rsidR="000C4CD4">
        <w:t xml:space="preserve"> ________________________________________ </w:t>
      </w:r>
    </w:p>
    <w:p w:rsidR="009E2C1B" w:rsidRDefault="00246B1B">
      <w:r>
        <w:t>Data/</w:t>
      </w:r>
      <w:proofErr w:type="spellStart"/>
      <w:r>
        <w:t>Periodo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: ___________________________ </w:t>
      </w:r>
      <w:proofErr w:type="spellStart"/>
      <w:r>
        <w:t>Durata</w:t>
      </w:r>
      <w:proofErr w:type="spellEnd"/>
      <w:r>
        <w:t xml:space="preserve"> (ore o giorni): ____________</w:t>
      </w:r>
    </w:p>
    <w:p w:rsidR="009E2C1B" w:rsidRDefault="00246B1B">
      <w:r>
        <w:t>Orario di partenza previsto: _____________________  Orario di rientro previsto: ___________</w:t>
      </w:r>
    </w:p>
    <w:p w:rsidR="009E2C1B" w:rsidRDefault="00246B1B">
      <w:r>
        <w:t>Mezzo di trasporto proposto:   [  ] Autobus Ditta   [  ] Treno   [  ] Piedi / Piedibus   [  ] Altro</w:t>
      </w:r>
    </w:p>
    <w:p w:rsidR="009E2C1B" w:rsidRDefault="00246B1B">
      <w:r>
        <w:rPr>
          <w:b/>
        </w:rPr>
        <w:br/>
        <w:t>2. ALUNNI E ACCOMPAGNATORI</w:t>
      </w:r>
    </w:p>
    <w:p w:rsidR="009E2C1B" w:rsidRDefault="00246B1B">
      <w:r>
        <w:t>Numero alunni coinvolti: _________  Di cui alunni con disabilità (L. 104) / BES: _________</w:t>
      </w:r>
    </w:p>
    <w:p w:rsidR="009E2C1B" w:rsidRDefault="00246B1B">
      <w:proofErr w:type="spellStart"/>
      <w:r>
        <w:t>Docenti</w:t>
      </w:r>
      <w:proofErr w:type="spellEnd"/>
      <w:r>
        <w:t xml:space="preserve"> </w:t>
      </w:r>
      <w:proofErr w:type="spellStart"/>
      <w:r>
        <w:t>Accompagnatori</w:t>
      </w:r>
      <w:proofErr w:type="spellEnd"/>
      <w:r>
        <w:t xml:space="preserve"> (Nome e Cognome):</w:t>
      </w:r>
      <w:r>
        <w:br/>
        <w:t>1) ___________________________________________  2)__________________________________________</w:t>
      </w:r>
      <w:r>
        <w:br/>
        <w:t>3) ___________________________________________  4)__________________________________________</w:t>
      </w:r>
    </w:p>
    <w:p w:rsidR="000C4CD4" w:rsidRDefault="00246B1B" w:rsidP="000C4CD4">
      <w:pPr>
        <w:spacing w:line="240" w:lineRule="auto"/>
      </w:pPr>
      <w:r>
        <w:t>Docenti Riserve (Nome e Cognome):</w:t>
      </w:r>
      <w:r>
        <w:br/>
        <w:t>1) __________________________________________</w:t>
      </w:r>
    </w:p>
    <w:p w:rsidR="009E2C1B" w:rsidRDefault="00246B1B" w:rsidP="000C4CD4">
      <w:pPr>
        <w:spacing w:line="240" w:lineRule="auto"/>
      </w:pPr>
      <w:r>
        <w:t>2) __________________________________________</w:t>
      </w:r>
    </w:p>
    <w:p w:rsidR="009E2C1B" w:rsidRDefault="00246B1B">
      <w:r>
        <w:rPr>
          <w:b/>
        </w:rPr>
        <w:br/>
        <w:t>4. ASPETTI ECONOMICI E LOGISTICI (DI MASSIMA)</w:t>
      </w:r>
    </w:p>
    <w:p w:rsidR="009E2C1B" w:rsidRDefault="00246B1B">
      <w:r>
        <w:t>Costo previsto a carico di ciascun alunno (euro): _________________</w:t>
      </w:r>
    </w:p>
    <w:p w:rsidR="009E2C1B" w:rsidRDefault="00246B1B">
      <w:r>
        <w:t>La quota comprende:   [  ] Trasporto   [  ] Biglietto Ingresso   [  ] Guida / Laboratorio   [  ] Altro</w:t>
      </w:r>
    </w:p>
    <w:tbl>
      <w:tblPr>
        <w:tblW w:w="0" w:type="auto"/>
        <w:jc w:val="center"/>
        <w:tblLook w:val="04A0"/>
      </w:tblPr>
      <w:tblGrid>
        <w:gridCol w:w="4680"/>
        <w:gridCol w:w="4680"/>
      </w:tblGrid>
      <w:tr w:rsidR="009E2C1B">
        <w:trPr>
          <w:jc w:val="center"/>
        </w:trPr>
        <w:tc>
          <w:tcPr>
            <w:tcW w:w="4680" w:type="dxa"/>
          </w:tcPr>
          <w:p w:rsidR="009E2C1B" w:rsidRDefault="00246B1B" w:rsidP="00246B1B">
            <w:r>
              <w:t xml:space="preserve">Firma del </w:t>
            </w:r>
            <w:proofErr w:type="spellStart"/>
            <w:r>
              <w:t>Docente</w:t>
            </w:r>
            <w:proofErr w:type="spellEnd"/>
            <w:r>
              <w:t xml:space="preserve"> </w:t>
            </w:r>
            <w:proofErr w:type="spellStart"/>
            <w:r>
              <w:t>Referente</w:t>
            </w:r>
            <w:proofErr w:type="spellEnd"/>
            <w:r>
              <w:br/>
            </w:r>
            <w:r>
              <w:br/>
              <w:t>___________________________</w:t>
            </w:r>
          </w:p>
        </w:tc>
        <w:tc>
          <w:tcPr>
            <w:tcW w:w="4680" w:type="dxa"/>
          </w:tcPr>
          <w:p w:rsidR="009E2C1B" w:rsidRDefault="00246B1B" w:rsidP="008243A8">
            <w:pPr>
              <w:jc w:val="right"/>
            </w:pPr>
            <w:r>
              <w:t xml:space="preserve">                      </w:t>
            </w:r>
            <w:proofErr w:type="spellStart"/>
            <w:r w:rsidR="000C4CD4">
              <w:t>v</w:t>
            </w:r>
            <w:r>
              <w:t>isto</w:t>
            </w:r>
            <w:proofErr w:type="spellEnd"/>
            <w:r>
              <w:t xml:space="preserve"> del </w:t>
            </w:r>
            <w:proofErr w:type="spellStart"/>
            <w:r>
              <w:t>Dirigente</w:t>
            </w:r>
            <w:proofErr w:type="spellEnd"/>
            <w:r>
              <w:t xml:space="preserve"> </w:t>
            </w:r>
            <w:proofErr w:type="spellStart"/>
            <w:r>
              <w:t>Scolastico</w:t>
            </w:r>
            <w:proofErr w:type="spellEnd"/>
            <w:r>
              <w:br/>
            </w:r>
            <w:r>
              <w:br/>
              <w:t>[  ] Approvato   [  ] Non Approvato</w:t>
            </w:r>
            <w:r>
              <w:br/>
            </w:r>
            <w:r>
              <w:br/>
              <w:t>___________________________</w:t>
            </w:r>
          </w:p>
        </w:tc>
      </w:tr>
    </w:tbl>
    <w:p w:rsidR="00246B1B" w:rsidRDefault="00246B1B"/>
    <w:sectPr w:rsidR="00246B1B" w:rsidSect="008243A8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>
    <w:useFELayout/>
  </w:compat>
  <w:rsids>
    <w:rsidRoot w:val="00B47730"/>
    <w:rsid w:val="00034616"/>
    <w:rsid w:val="0006063C"/>
    <w:rsid w:val="000C4CD4"/>
    <w:rsid w:val="0015074B"/>
    <w:rsid w:val="001C4778"/>
    <w:rsid w:val="00246B1B"/>
    <w:rsid w:val="0029639D"/>
    <w:rsid w:val="00326F90"/>
    <w:rsid w:val="008243A8"/>
    <w:rsid w:val="00902F53"/>
    <w:rsid w:val="009E2C1B"/>
    <w:rsid w:val="00A023C4"/>
    <w:rsid w:val="00AA1D8D"/>
    <w:rsid w:val="00B47730"/>
    <w:rsid w:val="00C61A7E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11B296-2B49-4EAE-92E8-6474E6F1B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3</cp:revision>
  <dcterms:created xsi:type="dcterms:W3CDTF">2026-10-02T11:36:00Z</dcterms:created>
  <dcterms:modified xsi:type="dcterms:W3CDTF">2026-10-02T11:43:00Z</dcterms:modified>
  <cp:category/>
</cp:coreProperties>
</file>