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jc w:val="center"/>
      </w:pPr>
      <w:r>
        <w:rPr>
          <w:b/>
          <w:color w:val="003366"/>
          <w:sz w:val="32"/>
        </w:rPr>
        <w:t>ALLEGATI AL PROTOCOLLO PER LA SOMMINISTRAZIONE DI FARMACI IN AMBITO ED ORARIO SCOLASTICO</w:t>
      </w:r>
    </w:p>
    <w:p>
      <w:pPr>
        <w:keepNext/>
        <w:spacing w:before="360" w:after="120"/>
      </w:pPr>
      <w:r>
        <w:rPr>
          <w:b/>
          <w:color w:val="003366"/>
          <w:sz w:val="28"/>
        </w:rPr>
        <w:t>Allegato 1</w:t>
      </w:r>
    </w:p>
    <w:p>
      <w:pPr>
        <w:keepNext/>
        <w:spacing w:before="0" w:after="240"/>
      </w:pPr>
      <w:r>
        <w:rPr>
          <w:b/>
          <w:color w:val="444444"/>
          <w:sz w:val="20"/>
        </w:rPr>
        <w:t>MODELLO AUTORIZZAZIONE SOMMINISTRAZIONE FARMACI</w:t>
        <w:br/>
        <w:t>(DA COMPILARE A CURA DEI GENITORI DELL'ALUNNO E DA CONSEGNARE AL DIRIGENTE SCOLASTICO)</w:t>
      </w:r>
    </w:p>
    <w:p>
      <w:pPr>
        <w:spacing w:after="240"/>
      </w:pPr>
      <w:r>
        <w:rPr>
          <w:b/>
        </w:rPr>
        <w:t>Al Dirigente scolastico</w:t>
      </w:r>
    </w:p>
    <w:p>
      <w:pPr>
        <w:spacing w:after="240"/>
      </w:pPr>
      <w:r>
        <w:rPr>
          <w:b/>
        </w:rPr>
        <w:t>Oggetto: richiesta di somministrazione di farmaci.</w:t>
      </w:r>
    </w:p>
    <w:p>
      <w:pPr>
        <w:spacing w:after="240" w:line="312" w:lineRule="auto"/>
      </w:pPr>
      <w:r>
        <w:t>I sottoscritti _____________________________________________________________________</w:t>
        <w:br/>
        <w:t>genitori dell'alunno _______________________________________________________________</w:t>
        <w:br/>
        <w:t>nato a ________________________________________ il _________________________________</w:t>
        <w:br/>
        <w:t>residente a ___________________________________ in via _____________________________</w:t>
        <w:br/>
        <w:t>frequentante la classe/sezione ___________ della Scuola ____________________________</w:t>
        <w:br/>
        <w:t>sita a _______________________________________ in via _____________________________</w:t>
      </w:r>
    </w:p>
    <w:p>
      <w:pPr>
        <w:spacing w:after="240" w:line="312" w:lineRule="auto"/>
      </w:pPr>
      <w:r>
        <w:t>essendo il minore affetto da ________________________________________________________</w:t>
        <w:br/>
        <w:t>e constatata l'assoluta necessità, chiedono la somministrazione in ambito ed orario scolastico dei farmaci come da allegata autorizzazione medica rilasciata in data _______________ dal Dr ___________________________________.</w:t>
      </w:r>
    </w:p>
    <w:p>
      <w:pPr>
        <w:spacing w:after="240"/>
      </w:pPr>
      <w:r>
        <w:t>Si precisa che la somministrazione del farmaco è fattibile anche da parte di personale non sanitario e di cui si autorizza fin d'ora l'intervento.</w:t>
      </w:r>
    </w:p>
    <w:p>
      <w:pPr>
        <w:spacing w:after="360"/>
      </w:pPr>
      <w:r>
        <w:t>Gli scriventi acconsentono al trattamento dei dati personali e sensibili ai sensi del D.lgs 196/2003 (i dati sensibili sono i dati idonei a rivelare lo stato di salute delle persone).</w:t>
      </w:r>
    </w:p>
    <w:p>
      <w:pPr>
        <w:spacing w:after="240"/>
      </w:pPr>
      <w:r>
        <w:t>Luogo e data ______________________</w:t>
      </w:r>
    </w:p>
    <w:p>
      <w:pPr>
        <w:spacing w:after="360"/>
      </w:pPr>
      <w:r>
        <w:t>SI  [  ]     NO  [  ]</w:t>
      </w:r>
    </w:p>
    <w:p>
      <w:pPr>
        <w:spacing w:after="360"/>
      </w:pPr>
      <w:r>
        <w:t>FIRMA DEI GENITORI (O DI CHI ESERCITA LA PATRIA POTESTÀ)</w:t>
        <w:br/>
        <w:t>_____________________________________________________</w:t>
        <w:br/>
        <w:t>_____________________________________________________</w:t>
      </w:r>
    </w:p>
    <w:p>
      <w:pPr>
        <w:spacing w:after="480"/>
      </w:pPr>
      <w:r>
        <w:t>Numeri di telefono utili:</w:t>
        <w:br/>
        <w:t>• Pediatra di libera scelta/Medico Curante: _____________________</w:t>
        <w:br/>
        <w:t>• Genitori: _____________________</w:t>
      </w:r>
    </w:p>
    <w:p>
      <w:r>
        <w:br w:type="page"/>
      </w:r>
    </w:p>
    <w:p>
      <w:pPr>
        <w:keepNext/>
        <w:spacing w:before="360" w:after="120"/>
      </w:pPr>
      <w:r>
        <w:rPr>
          <w:b/>
          <w:color w:val="003366"/>
          <w:sz w:val="28"/>
        </w:rPr>
        <w:t>Allegato 2</w:t>
      </w:r>
    </w:p>
    <w:p>
      <w:pPr>
        <w:keepNext/>
        <w:spacing w:before="0" w:after="240"/>
      </w:pPr>
      <w:r>
        <w:rPr>
          <w:b/>
          <w:color w:val="444444"/>
          <w:sz w:val="20"/>
        </w:rPr>
        <w:t>MODELLO PRESCRIZIONE DEL MEDICO CURANTE ALLA SOMMINISTRAZIONE DI FARMACI IN AMBITO SCOLASTICO</w:t>
        <w:br/>
        <w:t>(Pediatra di libera scelta o Medico di medicina generale)</w:t>
      </w:r>
    </w:p>
    <w:p>
      <w:pPr>
        <w:spacing w:after="120"/>
      </w:pPr>
      <w:r>
        <w:t>Vista la richiesta dei genitori del/la bambino/a:</w:t>
      </w:r>
    </w:p>
    <w:p>
      <w:pPr>
        <w:spacing w:after="240" w:line="312" w:lineRule="auto"/>
      </w:pPr>
      <w:r>
        <w:t>Cognome: ___________________________________ Nome: ___________________________________</w:t>
        <w:br/>
        <w:t>nato a ______________________________________ il _____________________________________</w:t>
        <w:br/>
        <w:t>residente a _________________________________ Via ____________________________________</w:t>
      </w:r>
    </w:p>
    <w:p>
      <w:pPr>
        <w:spacing w:after="240"/>
      </w:pPr>
      <w:r>
        <w:t>constatato lo stato di malattia e l'assoluta necessità si prescrive la somministrazione dei farmaci sottoindicati in ambito ed in orario scolastico, da parte di personale senza cognizioni specialistiche di tipo sanitario, senza discrezionalità da parte di chi somministra il farmaco in relazione a tempi, posologia e modalità di somministrazione.</w:t>
      </w:r>
    </w:p>
    <w:p>
      <w:pPr>
        <w:spacing w:after="240"/>
      </w:pPr>
      <w:r>
        <w:t>Farmaco da somministrare:</w:t>
        <w:br/>
        <w:t>• nome commerciale del farmaco: _____________________________________________________</w:t>
        <w:br/>
        <w:t>• descrizione dell'evento che richiede la somministrazione (nel caso di indicazione a somministrare il farmaco in presenza di una particolare sintomatologia, indicare dettagliatamente i sintomi):</w:t>
        <w:br/>
        <w:t xml:space="preserve">  _____________________________________________________________________________________</w:t>
        <w:br/>
        <w:t xml:space="preserve">  _____________________________________________________________________________________</w:t>
      </w:r>
    </w:p>
    <w:p>
      <w:pPr>
        <w:spacing w:after="240"/>
      </w:pPr>
      <w:r>
        <w:t>Si tratta di un farmaco (indicare una delle due opzioni):</w:t>
        <w:br/>
        <w:t>[  ] salvavita        [  ] indispensabile</w:t>
      </w:r>
    </w:p>
    <w:p>
      <w:pPr>
        <w:spacing w:after="360"/>
      </w:pPr>
      <w:r>
        <w:t>Modalità e vie di somministrazione: _________________________________________________</w:t>
        <w:br/>
        <w:t>Dose: _____________________________________________________________________________</w:t>
        <w:br/>
        <w:t>Orario: 1ª dose _______   2ª dose _______   3ª dose _______   4ª dose _______</w:t>
        <w:br/>
        <w:t>Durata terapia: dal __________________ al __________________</w:t>
        <w:br/>
        <w:t>Modalità di conservazione del farmaco: ______________________________________________</w:t>
        <w:br/>
        <w:t>Possibili effetti collaterali e interventi necessari per affrontarli: ________________________________</w:t>
        <w:br/>
        <w:t>_____________________________________________________________________________________</w:t>
        <w:br/>
        <w:t>Note: _______________________________________________________________________________</w:t>
      </w:r>
    </w:p>
    <w:p>
      <w:pPr>
        <w:spacing w:after="480"/>
      </w:pPr>
      <w:r>
        <w:t>Data ____________________</w:t>
        <w:tab/>
        <w:tab/>
        <w:t>TIMBRO E FIRMA DEL MEDICO</w:t>
        <w:br/>
        <w:tab/>
        <w:tab/>
        <w:tab/>
        <w:tab/>
        <w:tab/>
        <w:t>____________________________________</w:t>
      </w:r>
    </w:p>
    <w:p>
      <w:r>
        <w:br w:type="page"/>
      </w:r>
    </w:p>
    <w:p>
      <w:pPr>
        <w:keepNext/>
        <w:spacing w:before="360" w:after="120"/>
      </w:pPr>
      <w:r>
        <w:rPr>
          <w:b/>
          <w:color w:val="003366"/>
          <w:sz w:val="28"/>
        </w:rPr>
        <w:t>Allegato 3</w:t>
      </w:r>
    </w:p>
    <w:p>
      <w:pPr>
        <w:keepNext/>
        <w:spacing w:before="0" w:after="240"/>
      </w:pPr>
      <w:r>
        <w:rPr>
          <w:b/>
          <w:color w:val="444444"/>
          <w:sz w:val="20"/>
        </w:rPr>
        <w:t>VERIFICA DISPONIBILITA' PERSONALE ALLA SOMMINISTRAZIONE DI FARMACI</w:t>
      </w:r>
    </w:p>
    <w:p>
      <w:pPr>
        <w:spacing w:after="120"/>
      </w:pPr>
      <w:r>
        <w:rPr>
          <w:b/>
        </w:rPr>
        <w:t>A tutto il Personale</w:t>
      </w:r>
    </w:p>
    <w:p>
      <w:pPr>
        <w:spacing w:after="120"/>
      </w:pPr>
      <w:r>
        <w:t>In considerazione del fatto che nell'Istituto sono presenti alunni che necessitano della somministrazione di farmaci, si chiede a tutto il personale la propria disponibilità alla somministrazione.</w:t>
      </w:r>
    </w:p>
    <w:p>
      <w:pPr>
        <w:spacing w:after="120"/>
      </w:pPr>
      <w:r>
        <w:t>Per gli Addetti al Primo soccorso la disponibilità è già insita nell'incarico stesso.</w:t>
      </w:r>
    </w:p>
    <w:p>
      <w:pPr>
        <w:spacing w:after="240"/>
      </w:pPr>
      <w:r>
        <w:t>Il personale disponibile potrà comunicare la propria disponibilità inserendo il proprio nominativo e la relativa firma nella tabella che segue.</w:t>
        <w:br/>
        <w:t>Si ringrazia per la disponibilità e collaborazione.</w:t>
      </w:r>
    </w:p>
    <w:p>
      <w:pPr>
        <w:spacing w:after="360"/>
      </w:pPr>
      <w:r>
        <w:t>Il Dirigente Scolastico</w:t>
        <w:br/>
        <w:t>Dott.ssa Maria Troianiello</w:t>
      </w:r>
    </w:p>
    <w:p>
      <w:r>
        <w:rPr>
          <w:b/>
        </w:rPr>
        <w:t>Personale disponibile alla somministrazione:</w:t>
      </w:r>
    </w:p>
    <w:tbl>
      <w:tblPr>
        <w:tblW w:type="auto" w:w="0"/>
        <w:jc w:val="center"/>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EFEFEF"/>
          </w:tcPr>
          <w:p>
            <w:pPr>
              <w:jc w:val="center"/>
            </w:pPr>
            <w:r>
              <w:rPr>
                <w:b/>
              </w:rPr>
              <w:t>Nome e cognome</w:t>
            </w:r>
          </w:p>
        </w:tc>
        <w:tc>
          <w:tcPr>
            <w:tcW w:type="dxa" w:w="4680"/>
            <w:shd w:fill="EFEFEF"/>
          </w:tcPr>
          <w:p>
            <w:pPr>
              <w:jc w:val="center"/>
            </w:pPr>
            <w:r>
              <w:rPr>
                <w:b/>
              </w:rPr>
              <w:t>Firma</w:t>
            </w:r>
          </w:p>
        </w:tc>
      </w:tr>
      <w:tr>
        <w:tc>
          <w:tcPr>
            <w:tcW w:type="dxa" w:w="4680"/>
          </w:tcPr>
          <w:p>
            <w:r/>
          </w:p>
        </w:tc>
        <w:tc>
          <w:tcPr>
            <w:tcW w:type="dxa" w:w="4680"/>
          </w:tcPr>
          <w:p>
            <w:r/>
          </w:p>
        </w:tc>
      </w:tr>
      <w:tr>
        <w:tc>
          <w:tcPr>
            <w:tcW w:type="dxa" w:w="4680"/>
          </w:tcPr>
          <w:p>
            <w:r/>
          </w:p>
        </w:tc>
        <w:tc>
          <w:tcPr>
            <w:tcW w:type="dxa" w:w="4680"/>
          </w:tcPr>
          <w:p>
            <w:r/>
          </w:p>
        </w:tc>
      </w:tr>
      <w:tr>
        <w:tc>
          <w:tcPr>
            <w:tcW w:type="dxa" w:w="4680"/>
          </w:tcPr>
          <w:p>
            <w:r/>
          </w:p>
        </w:tc>
        <w:tc>
          <w:tcPr>
            <w:tcW w:type="dxa" w:w="4680"/>
          </w:tcPr>
          <w:p>
            <w:r/>
          </w:p>
        </w:tc>
      </w:tr>
      <w:tr>
        <w:tc>
          <w:tcPr>
            <w:tcW w:type="dxa" w:w="4680"/>
          </w:tcPr>
          <w:p>
            <w:r/>
          </w:p>
        </w:tc>
        <w:tc>
          <w:tcPr>
            <w:tcW w:type="dxa" w:w="4680"/>
          </w:tcPr>
          <w:p>
            <w:r/>
          </w:p>
        </w:tc>
      </w:tr>
      <w:tr>
        <w:tc>
          <w:tcPr>
            <w:tcW w:type="dxa" w:w="4680"/>
          </w:tcPr>
          <w:p>
            <w:r/>
          </w:p>
        </w:tc>
        <w:tc>
          <w:tcPr>
            <w:tcW w:type="dxa" w:w="4680"/>
          </w:tcPr>
          <w:p>
            <w:r/>
          </w:p>
        </w:tc>
      </w:tr>
    </w:tbl>
    <w:p>
      <w:r>
        <w:br w:type="page"/>
      </w:r>
    </w:p>
    <w:p>
      <w:pPr>
        <w:keepNext/>
        <w:spacing w:before="360" w:after="120"/>
      </w:pPr>
      <w:r>
        <w:rPr>
          <w:b/>
          <w:color w:val="003366"/>
          <w:sz w:val="28"/>
        </w:rPr>
        <w:t>Allegato 4</w:t>
      </w:r>
    </w:p>
    <w:p>
      <w:pPr>
        <w:keepNext/>
        <w:spacing w:before="0" w:after="240"/>
      </w:pPr>
      <w:r>
        <w:rPr>
          <w:b/>
          <w:color w:val="444444"/>
          <w:sz w:val="20"/>
        </w:rPr>
        <w:t>AUTORIZZAZIONE ALLA SOMMINISTRAZIONE DEL FARMACO</w:t>
      </w:r>
    </w:p>
    <w:p>
      <w:pPr>
        <w:spacing w:after="240"/>
      </w:pPr>
      <w:r>
        <w:t>Ai genitori dell'alunno _____________________________________________________</w:t>
        <w:br/>
        <w:t>Al responsabile di plesso</w:t>
        <w:br/>
        <w:t>Ai docenti della classe _____________________</w:t>
        <w:br/>
        <w:t>Ai Collaboratori Scolastici</w:t>
      </w:r>
    </w:p>
    <w:p>
      <w:pPr>
        <w:spacing w:after="240"/>
      </w:pPr>
      <w:r>
        <w:rPr>
          <w:b/>
        </w:rPr>
        <w:t>Oggetto: autorizzazione alla somministrazione del farmaco</w:t>
      </w:r>
    </w:p>
    <w:p>
      <w:pPr>
        <w:spacing w:after="240"/>
        <w:jc w:val="center"/>
      </w:pPr>
      <w:r>
        <w:rPr>
          <w:b/>
        </w:rPr>
        <w:t>IL DIRIGENTE SCOLASTICO</w:t>
      </w:r>
    </w:p>
    <w:p>
      <w:pPr>
        <w:spacing w:after="240" w:line="312" w:lineRule="auto"/>
      </w:pPr>
      <w:r>
        <w:t>Viste le Linee Guida in data 25.11.2005 per la somministrazione di farmaci in orario scolastico predisposte dal MIUR d'intesa con il Ministero della Salute;</w:t>
        <w:br/>
        <w:t>Visto il Protocollo di Intesa fra Regione Lazio e USR Lazio "Percorso integrato per la somministrazione dei farmaci in ambito ed orario scolastico" prot. n. 5985 del 19.02.2018;</w:t>
        <w:br/>
        <w:t>Vista la richiesta dei genitori dell'alunno in indirizzo presentata in data __________________ prot. __________________;</w:t>
        <w:br/>
        <w:t>Vista la certificazione medica rilasciata dal Dott. __________________________________ in data __________________ qui allegata;</w:t>
        <w:br/>
        <w:t>Verificata la disponibilità dei docenti e dei collaboratori scolastici sotto indicati alla somministrazione del farmaco;</w:t>
        <w:br/>
        <w:t>Vista la disponibilità dei genitori del bambino;</w:t>
      </w:r>
    </w:p>
    <w:p>
      <w:pPr>
        <w:spacing w:after="240"/>
        <w:jc w:val="center"/>
      </w:pPr>
      <w:r>
        <w:rPr>
          <w:b/>
        </w:rPr>
        <w:t>AUTORIZZA</w:t>
      </w:r>
    </w:p>
    <w:p>
      <w:pPr>
        <w:spacing w:after="240"/>
      </w:pPr>
      <w:r>
        <w:t>in accordo con i genitori, la somministrazione del farmaco __________________________________________ da parte degli insegnanti di classe __________________________________________ e dei collaboratori __________________________________________ secondo le procedure esemplificate nell'allegato Piano di azione (All. 7).</w:t>
      </w:r>
    </w:p>
    <w:p>
      <w:pPr>
        <w:spacing w:after="120"/>
      </w:pPr>
      <w:r>
        <w:t>Nel caso di assenza nello stesso turno dei docenti e dei collaboratori designati, la famiglia sarà informata per tempo.</w:t>
      </w:r>
    </w:p>
    <w:p>
      <w:pPr>
        <w:spacing w:after="360"/>
      </w:pPr>
      <w:r>
        <w:t>Resta prescritto il ricorso al Sistema Sanitario Nazionale di Pronto Soccorso nei casi in cui si ravvisi la sussistenza di una situazione di emergenza.</w:t>
      </w:r>
    </w:p>
    <w:p>
      <w:r>
        <w:rPr>
          <w:b/>
        </w:rPr>
        <w:t>Per presa visione e conferma della disponibilità:</w:t>
      </w:r>
    </w:p>
    <w:tbl>
      <w:tblPr>
        <w:tblW w:type="auto" w:w="0"/>
        <w:jc w:val="center"/>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EFEFEF"/>
          </w:tcPr>
          <w:p>
            <w:pPr>
              <w:jc w:val="center"/>
            </w:pPr>
            <w:r>
              <w:rPr>
                <w:b/>
              </w:rPr>
              <w:t>Personale Docente (nome, cognome e firma)</w:t>
            </w:r>
          </w:p>
        </w:tc>
        <w:tc>
          <w:tcPr>
            <w:tcW w:type="dxa" w:w="4680"/>
            <w:shd w:fill="EFEFEF"/>
          </w:tcPr>
          <w:p>
            <w:pPr>
              <w:jc w:val="center"/>
            </w:pPr>
            <w:r>
              <w:rPr>
                <w:b/>
              </w:rPr>
              <w:t>Personale ATA (nome, cognome e firma)</w:t>
            </w:r>
          </w:p>
        </w:tc>
      </w:tr>
      <w:tr>
        <w:tc>
          <w:tcPr>
            <w:tcW w:type="dxa" w:w="4680"/>
          </w:tcPr>
          <w:p>
            <w:r/>
          </w:p>
        </w:tc>
        <w:tc>
          <w:tcPr>
            <w:tcW w:type="dxa" w:w="4680"/>
          </w:tcPr>
          <w:p>
            <w:r/>
          </w:p>
        </w:tc>
      </w:tr>
      <w:tr>
        <w:tc>
          <w:tcPr>
            <w:tcW w:type="dxa" w:w="4680"/>
          </w:tcPr>
          <w:p>
            <w:r/>
          </w:p>
        </w:tc>
        <w:tc>
          <w:tcPr>
            <w:tcW w:type="dxa" w:w="4680"/>
          </w:tcPr>
          <w:p>
            <w:r/>
          </w:p>
        </w:tc>
      </w:tr>
      <w:tr>
        <w:tc>
          <w:tcPr>
            <w:tcW w:type="dxa" w:w="4680"/>
          </w:tcPr>
          <w:p>
            <w:r/>
          </w:p>
        </w:tc>
        <w:tc>
          <w:tcPr>
            <w:tcW w:type="dxa" w:w="4680"/>
          </w:tcPr>
          <w:p>
            <w:r/>
          </w:p>
        </w:tc>
      </w:tr>
    </w:tbl>
    <w:p>
      <w:pPr>
        <w:spacing w:before="360"/>
      </w:pPr>
      <w:r>
        <w:br/>
        <w:t>I GENITORI (firma per accettazione)</w:t>
        <w:tab/>
        <w:tab/>
        <w:tab/>
        <w:t>Il Dirigente Scolastico</w:t>
        <w:br/>
        <w:t>_________________________________________</w:t>
        <w:tab/>
        <w:tab/>
        <w:t>Dott.ssa Maria Troianiello</w:t>
      </w:r>
    </w:p>
    <w:p>
      <w:r>
        <w:br w:type="page"/>
      </w:r>
    </w:p>
    <w:p>
      <w:pPr>
        <w:keepNext/>
        <w:spacing w:before="360" w:after="120"/>
      </w:pPr>
      <w:r>
        <w:rPr>
          <w:b/>
          <w:color w:val="003366"/>
          <w:sz w:val="28"/>
        </w:rPr>
        <w:t>Allegato 5</w:t>
      </w:r>
    </w:p>
    <w:p>
      <w:pPr>
        <w:keepNext/>
        <w:spacing w:before="0" w:after="240"/>
      </w:pPr>
      <w:r>
        <w:rPr>
          <w:b/>
          <w:color w:val="444444"/>
          <w:sz w:val="20"/>
        </w:rPr>
        <w:t>VERBALE PER CONSEGNA DI MEDICINALE</w:t>
      </w:r>
    </w:p>
    <w:p>
      <w:pPr>
        <w:spacing w:after="240" w:line="312" w:lineRule="auto"/>
      </w:pPr>
      <w:r>
        <w:t>Il giorno ___________________ alle ore ___________ il/la Signor/a ______________________________________</w:t>
        <w:br/>
        <w:t>genitore dell'alunno/a ______________________________________ iscritto/a alla classe _______________</w:t>
        <w:br/>
        <w:t>della scuola ______________________________________ consegna alle insegnanti di classe un flacone nuovo ed integro del/i medicinale/i ______________________________________ da somministrare al/alla bambino/a in caso di * ______________________________________ come da certificazione medica consegnata in segreteria e allegata in copia alla presente, rilasciata in data ___________________ dal Dott. ______________________________________.</w:t>
      </w:r>
    </w:p>
    <w:p>
      <w:pPr>
        <w:spacing w:after="240"/>
      </w:pPr>
      <w:r>
        <w:t>Il genitore:</w:t>
        <w:br/>
        <w:t>• autorizza il personale della scuola a somministrare il farmaco e solleva la Scuola e lo stesso personale da ogni responsabilità derivante dalla somministrazione del farmaco stesso;</w:t>
        <w:br/>
        <w:t>• provvederà a rifornire la scuola di una nuova confezione integra ogni qualvolta il medicinale sarà terminato;</w:t>
        <w:br/>
        <w:t>• comunicherà immediatamente alla scuola ogni eventuale variazione di trattamento.</w:t>
      </w:r>
    </w:p>
    <w:p>
      <w:pPr>
        <w:spacing w:after="360"/>
      </w:pPr>
      <w:r>
        <w:t>La famiglia è sempre disponibile e prontamente rintracciabile ai seguenti numeri telefonici:</w:t>
        <w:br/>
        <w:t>_____________________________________________________________________________________</w:t>
      </w:r>
    </w:p>
    <w:p>
      <w:pPr>
        <w:spacing w:after="360"/>
      </w:pPr>
      <w:r>
        <w:t>Luogo e data ______________________</w:t>
        <w:br/>
        <w:br/>
        <w:t>Il genitore che consegna</w:t>
        <w:tab/>
        <w:tab/>
        <w:tab/>
        <w:t>Gli insegnanti</w:t>
        <w:br/>
        <w:t>______________________________</w:t>
        <w:tab/>
        <w:tab/>
        <w:t>______________________________</w:t>
      </w:r>
    </w:p>
    <w:p>
      <w:r>
        <w:rPr>
          <w:i/>
          <w:sz w:val="18"/>
        </w:rPr>
        <w:t>* Indicare l'evento che richiede la somministrazione del farmaco</w:t>
      </w:r>
    </w:p>
    <w:p>
      <w:r>
        <w:br w:type="page"/>
      </w:r>
    </w:p>
    <w:p>
      <w:pPr>
        <w:keepNext/>
        <w:spacing w:before="360" w:after="120"/>
      </w:pPr>
      <w:r>
        <w:rPr>
          <w:b/>
          <w:color w:val="003366"/>
          <w:sz w:val="28"/>
        </w:rPr>
        <w:t>Allegato 6</w:t>
      </w:r>
    </w:p>
    <w:p>
      <w:pPr>
        <w:keepNext/>
        <w:spacing w:before="0" w:after="240"/>
      </w:pPr>
      <w:r>
        <w:rPr>
          <w:b/>
          <w:color w:val="444444"/>
          <w:sz w:val="20"/>
        </w:rPr>
        <w:t>RICHIESTA DI AUTO-SOMMINISTRAZIONE DI FARMACI</w:t>
        <w:br/>
        <w:t>(da compilare a cura dei genitori dell'alunno/a e da consegnare alla Scuola)</w:t>
      </w:r>
    </w:p>
    <w:p>
      <w:pPr>
        <w:spacing w:after="240" w:line="312" w:lineRule="auto"/>
      </w:pPr>
      <w:r>
        <w:t>I sottoscritti _____________________________________________________________________</w:t>
        <w:br/>
        <w:t>genitori di ________________________________________________________________________</w:t>
        <w:br/>
        <w:t>nato a ________________________________________ il _________________________________</w:t>
        <w:br/>
        <w:t>residente a ___________________________________ in via _____________________________</w:t>
        <w:br/>
        <w:t>frequentante la classe ___________ della Scuola ____________________________________</w:t>
        <w:br/>
        <w:t>sita a _______________________________________ in Via _____________________________</w:t>
      </w:r>
    </w:p>
    <w:p>
      <w:pPr>
        <w:spacing w:after="240" w:line="312" w:lineRule="auto"/>
      </w:pPr>
      <w:r>
        <w:t>Essendo il minore affetto da ________________________________________________________</w:t>
        <w:br/>
        <w:t>e constatata l'assoluta necessità, chiedono che il minore si auto-somministri, in ambito ed orario scolastico, la terapia farmacologica con la vigilanza del personale della scuola, come da allegata autorizzazione medica rilasciata in data _______________ dal Dott. ___________________________________.</w:t>
      </w:r>
    </w:p>
    <w:p>
      <w:pPr>
        <w:spacing w:after="240"/>
      </w:pPr>
      <w:r>
        <w:t>Consapevoli che l'operazione viene svolta da personale non sanitario, solleva la Scuola e lo stesso personale da ogni responsabilità derivante da tale intervento.</w:t>
      </w:r>
    </w:p>
    <w:p>
      <w:pPr>
        <w:spacing w:after="360"/>
      </w:pPr>
      <w:r>
        <w:t>Acconsentono al trattamento dei dati personali ai sensi del D.lgs 196/93 e ss.mm.ii. (i dati sensibili sono i dati idonei a rivelare lo stato di salute delle persone).</w:t>
      </w:r>
    </w:p>
    <w:p>
      <w:pPr>
        <w:spacing w:after="360"/>
      </w:pPr>
      <w:r>
        <w:t>Luogo e Data ______________________</w:t>
      </w:r>
    </w:p>
    <w:p>
      <w:pPr>
        <w:spacing w:after="360"/>
      </w:pPr>
      <w:r>
        <w:t>Firma di entrambi i genitori o di chi esercita la potestà sul minore:</w:t>
        <w:br/>
        <w:t>_____________________________________________________</w:t>
        <w:br/>
        <w:t>_____________________________________________________</w:t>
      </w:r>
    </w:p>
    <w:p>
      <w:pPr>
        <w:spacing w:after="480"/>
      </w:pPr>
      <w:r>
        <w:t>Numeri di telefono utili:</w:t>
        <w:br/>
        <w:t>• Pediatra di libera scelta/medico curante: _____________________</w:t>
        <w:br/>
        <w:t>• Genitori: _____________________</w:t>
      </w:r>
    </w:p>
    <w:p>
      <w:r>
        <w:br w:type="page"/>
      </w:r>
    </w:p>
    <w:p>
      <w:pPr>
        <w:keepNext/>
        <w:spacing w:before="360" w:after="120"/>
      </w:pPr>
      <w:r>
        <w:rPr>
          <w:b/>
          <w:color w:val="003366"/>
          <w:sz w:val="28"/>
        </w:rPr>
        <w:t>Allegato 7</w:t>
      </w:r>
    </w:p>
    <w:p>
      <w:pPr>
        <w:keepNext/>
        <w:spacing w:before="0" w:after="240"/>
      </w:pPr>
      <w:r>
        <w:rPr>
          <w:b/>
          <w:color w:val="444444"/>
          <w:sz w:val="20"/>
        </w:rPr>
        <w:t>PIANO DI AZIONE PER SOMMINISTRAZIONE FARMACO SALVAVITA</w:t>
        <w:br/>
        <w:t>(il presente piano ha valore di esempio)</w:t>
      </w:r>
    </w:p>
    <w:p>
      <w:pPr>
        <w:spacing w:after="200"/>
      </w:pPr>
      <w:r>
        <w:t>Il genitore consegnerà al personale della scuola una confezione nuova ed integra del medicinale da somministrare in caso di __________________________________________________ (indicare l'evento) come da certificazione medica già consegnata in segreteria e allegata in copia alla presente.</w:t>
      </w:r>
    </w:p>
    <w:p>
      <w:pPr>
        <w:spacing w:after="200"/>
      </w:pPr>
      <w:r>
        <w:t>Il genitore provvederà a rifornire la scuola di una nuova confezione integra ogni qualvolta il medicinale sarà terminato.</w:t>
      </w:r>
    </w:p>
    <w:p>
      <w:pPr>
        <w:spacing w:after="200"/>
      </w:pPr>
      <w:r>
        <w:t>Al momento della consegna del farmaco sarà stilato il verbale (All. 5).</w:t>
      </w:r>
    </w:p>
    <w:p>
      <w:pPr>
        <w:spacing w:after="200"/>
      </w:pPr>
      <w:r>
        <w:t>Il medicinale sarà conservato in un luogo sicuro per gli alunni, ma di facile accesso per il personale che effettuerà la somministrazione: ____________________________________________________________________ (indicare il luogo dove sarà conservato).</w:t>
      </w:r>
    </w:p>
    <w:p>
      <w:pPr>
        <w:spacing w:after="240"/>
      </w:pPr>
      <w:r>
        <w:t>Nel caso al bambino/a ________________________________________ dovesse presentarsi l'evento predetto, il personale della scuola interverrà attuando il seguente piano di azione:</w:t>
      </w:r>
    </w:p>
    <w:p>
      <w:pPr>
        <w:spacing w:after="120"/>
      </w:pPr>
      <w:r>
        <w:rPr>
          <w:b/>
          <w:sz w:val="24"/>
        </w:rPr>
        <w:t>Comportamenti del personale</w:t>
      </w:r>
    </w:p>
    <w:p>
      <w:pPr>
        <w:spacing w:after="120"/>
      </w:pPr>
      <w:r>
        <w:t>Conservare la calma è particolarmente utile per poter affrontare adeguatamente la situazione.</w:t>
      </w:r>
    </w:p>
    <w:p>
      <w:pPr>
        <w:spacing w:after="200"/>
      </w:pPr>
      <w:r>
        <w:t>È estremamente utile potersi avvalere di due persone:</w:t>
        <w:br/>
        <w:t>• una persona per i contatti telefonici:</w:t>
        <w:br/>
        <w:t xml:space="preserve">   - chiama i genitori</w:t>
        <w:br/>
        <w:t xml:space="preserve">   - informa il 112</w:t>
        <w:br/>
        <w:t xml:space="preserve">   - prende nota delle eventuali indicazioni ricevute.</w:t>
        <w:br/>
        <w:t>• una persona per la somministrazione:</w:t>
        <w:br/>
        <w:t xml:space="preserve">   - accudisce il bambino</w:t>
        <w:br/>
        <w:t xml:space="preserve">   - somministra il farmaco indicato dal medico di famiglia seguendo l'apposito protocollo sanitario.</w:t>
      </w:r>
    </w:p>
    <w:p>
      <w:pPr>
        <w:spacing w:after="120"/>
      </w:pPr>
      <w:r>
        <w:rPr>
          <w:b/>
        </w:rPr>
        <w:t>1) Orario in cui l'insegnante di classe si trova da sola a gestire la classe ed un solo collaboratore scolastico in turno:</w:t>
      </w:r>
    </w:p>
    <w:p>
      <w:pPr>
        <w:spacing w:after="240"/>
      </w:pPr>
      <w:r>
        <w:t>a) l'insegnante di classe soccorre il/la bambino/a e chiama il collaboratore scolastico con il segnale concordato;</w:t>
        <w:br/>
        <w:t>b) il collaboratore scolastico accorre, portando il medicinale all'insegnante, riunisce e porta i bambini in un'altra classe, dandoli in consegna all'insegnante presente che effettuerà la sorveglianza;</w:t>
        <w:br/>
        <w:t>c) l'insegnante che sta soccorrendo il/la bambino/a somministra il farmaco;</w:t>
        <w:br/>
        <w:t>d) il collaboratore scolastico chiama il 112 e i genitori.</w:t>
      </w:r>
    </w:p>
    <w:p>
      <w:pPr>
        <w:spacing w:after="360"/>
      </w:pPr>
      <w:r>
        <w:t>Oltre alla normale organizzazione sono da prevedere le situazioni in cui sono presenti insegnanti supplenti o supplenti del personale ATA che, al momento dell'entrata in servizio, dovranno essere informati del presente piano di intervento dalle insegnanti di plesso.</w:t>
      </w:r>
    </w:p>
    <w:p>
      <w:pPr>
        <w:spacing w:after="240"/>
      </w:pPr>
      <w:r>
        <w:t>Il Dirigente Scolastico</w:t>
        <w:br/>
        <w:t>Dott.ssa Maria Troianiello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